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EA202" w14:textId="21D60989" w:rsidR="008E358B" w:rsidRDefault="008E358B" w:rsidP="008E358B">
      <w:pPr>
        <w:rPr>
          <w:lang w:eastAsia="ja-JP"/>
        </w:rPr>
      </w:pPr>
      <w:r>
        <w:rPr>
          <w:rFonts w:hint="eastAsia"/>
          <w:lang w:eastAsia="ja-JP"/>
        </w:rPr>
        <w:t>様式第１号</w:t>
      </w:r>
    </w:p>
    <w:p w14:paraId="2BEE4860" w14:textId="25712C88" w:rsidR="00137E67" w:rsidRDefault="00207AFB">
      <w:pPr>
        <w:jc w:val="right"/>
        <w:rPr>
          <w:lang w:eastAsia="ja-JP"/>
        </w:rPr>
      </w:pPr>
      <w:r>
        <w:t>令和</w:t>
      </w:r>
      <w:r>
        <w:t>8</w:t>
      </w:r>
      <w:r>
        <w:t>年</w:t>
      </w:r>
      <w:r w:rsidR="00AA4D0A">
        <w:rPr>
          <w:rFonts w:hint="eastAsia"/>
          <w:lang w:eastAsia="ja-JP"/>
        </w:rPr>
        <w:t xml:space="preserve">　</w:t>
      </w:r>
      <w:r>
        <w:t xml:space="preserve">    </w:t>
      </w:r>
      <w:r>
        <w:t>月</w:t>
      </w:r>
      <w:r>
        <w:t xml:space="preserve">   </w:t>
      </w:r>
      <w:r w:rsidR="00AA4D0A">
        <w:rPr>
          <w:rFonts w:hint="eastAsia"/>
          <w:lang w:eastAsia="ja-JP"/>
        </w:rPr>
        <w:t xml:space="preserve">　</w:t>
      </w:r>
      <w:r>
        <w:t xml:space="preserve"> </w:t>
      </w:r>
      <w:r>
        <w:t>日</w:t>
      </w:r>
    </w:p>
    <w:p w14:paraId="34010703" w14:textId="77777777" w:rsidR="008E358B" w:rsidRDefault="008E358B">
      <w:pPr>
        <w:jc w:val="right"/>
        <w:rPr>
          <w:lang w:eastAsia="ja-JP"/>
        </w:rPr>
      </w:pPr>
    </w:p>
    <w:p w14:paraId="6F5B4624" w14:textId="77777777" w:rsidR="00137E67" w:rsidRDefault="00207AFB">
      <w:pPr>
        <w:rPr>
          <w:sz w:val="22"/>
          <w:lang w:eastAsia="ja-JP"/>
        </w:rPr>
      </w:pPr>
      <w:proofErr w:type="spellStart"/>
      <w:proofErr w:type="gramStart"/>
      <w:r>
        <w:rPr>
          <w:sz w:val="22"/>
        </w:rPr>
        <w:t>波佐見町長</w:t>
      </w:r>
      <w:proofErr w:type="spellEnd"/>
      <w:r>
        <w:rPr>
          <w:sz w:val="22"/>
        </w:rPr>
        <w:t xml:space="preserve">  </w:t>
      </w:r>
      <w:r>
        <w:rPr>
          <w:sz w:val="22"/>
        </w:rPr>
        <w:t>様</w:t>
      </w:r>
      <w:proofErr w:type="gramEnd"/>
    </w:p>
    <w:p w14:paraId="38E4B005" w14:textId="77777777" w:rsidR="008E358B" w:rsidRDefault="008E358B">
      <w:pPr>
        <w:rPr>
          <w:lang w:eastAsia="ja-JP"/>
        </w:rPr>
      </w:pPr>
    </w:p>
    <w:p w14:paraId="1B9EC6EB" w14:textId="77777777" w:rsidR="00137E67" w:rsidRDefault="00207AFB">
      <w:pPr>
        <w:spacing w:before="200" w:after="300"/>
        <w:jc w:val="center"/>
        <w:rPr>
          <w:lang w:eastAsia="ja-JP"/>
        </w:rPr>
      </w:pPr>
      <w:r>
        <w:rPr>
          <w:rFonts w:ascii="游ゴシック" w:hAnsi="游ゴシック"/>
          <w:b/>
          <w:sz w:val="32"/>
          <w:lang w:eastAsia="ja-JP"/>
        </w:rPr>
        <w:t>出</w:t>
      </w:r>
      <w:r>
        <w:rPr>
          <w:rFonts w:ascii="游ゴシック" w:hAnsi="游ゴシック"/>
          <w:b/>
          <w:sz w:val="32"/>
          <w:lang w:eastAsia="ja-JP"/>
        </w:rPr>
        <w:t xml:space="preserve"> </w:t>
      </w:r>
      <w:r>
        <w:rPr>
          <w:rFonts w:ascii="游ゴシック" w:hAnsi="游ゴシック"/>
          <w:b/>
          <w:sz w:val="32"/>
          <w:lang w:eastAsia="ja-JP"/>
        </w:rPr>
        <w:t>店</w:t>
      </w:r>
      <w:r>
        <w:rPr>
          <w:rFonts w:ascii="游ゴシック" w:hAnsi="游ゴシック"/>
          <w:b/>
          <w:sz w:val="32"/>
          <w:lang w:eastAsia="ja-JP"/>
        </w:rPr>
        <w:t xml:space="preserve"> </w:t>
      </w:r>
      <w:r>
        <w:rPr>
          <w:rFonts w:ascii="游ゴシック" w:hAnsi="游ゴシック"/>
          <w:b/>
          <w:sz w:val="32"/>
          <w:lang w:eastAsia="ja-JP"/>
        </w:rPr>
        <w:t>許</w:t>
      </w:r>
      <w:r>
        <w:rPr>
          <w:rFonts w:ascii="游ゴシック" w:hAnsi="游ゴシック"/>
          <w:b/>
          <w:sz w:val="32"/>
          <w:lang w:eastAsia="ja-JP"/>
        </w:rPr>
        <w:t xml:space="preserve"> </w:t>
      </w:r>
      <w:r>
        <w:rPr>
          <w:rFonts w:ascii="游ゴシック" w:hAnsi="游ゴシック"/>
          <w:b/>
          <w:sz w:val="32"/>
          <w:lang w:eastAsia="ja-JP"/>
        </w:rPr>
        <w:t>可</w:t>
      </w:r>
      <w:r>
        <w:rPr>
          <w:rFonts w:ascii="游ゴシック" w:hAnsi="游ゴシック"/>
          <w:b/>
          <w:sz w:val="32"/>
          <w:lang w:eastAsia="ja-JP"/>
        </w:rPr>
        <w:t xml:space="preserve"> </w:t>
      </w:r>
      <w:r>
        <w:rPr>
          <w:rFonts w:ascii="游ゴシック" w:hAnsi="游ゴシック"/>
          <w:b/>
          <w:sz w:val="32"/>
          <w:lang w:eastAsia="ja-JP"/>
        </w:rPr>
        <w:t>申</w:t>
      </w:r>
      <w:r>
        <w:rPr>
          <w:rFonts w:ascii="游ゴシック" w:hAnsi="游ゴシック"/>
          <w:b/>
          <w:sz w:val="32"/>
          <w:lang w:eastAsia="ja-JP"/>
        </w:rPr>
        <w:t xml:space="preserve"> </w:t>
      </w:r>
      <w:r>
        <w:rPr>
          <w:rFonts w:ascii="游ゴシック" w:hAnsi="游ゴシック"/>
          <w:b/>
          <w:sz w:val="32"/>
          <w:lang w:eastAsia="ja-JP"/>
        </w:rPr>
        <w:t>請</w:t>
      </w:r>
      <w:r>
        <w:rPr>
          <w:rFonts w:ascii="游ゴシック" w:hAnsi="游ゴシック"/>
          <w:b/>
          <w:sz w:val="32"/>
          <w:lang w:eastAsia="ja-JP"/>
        </w:rPr>
        <w:t xml:space="preserve"> </w:t>
      </w:r>
      <w:r>
        <w:rPr>
          <w:rFonts w:ascii="游ゴシック" w:hAnsi="游ゴシック"/>
          <w:b/>
          <w:sz w:val="32"/>
          <w:lang w:eastAsia="ja-JP"/>
        </w:rPr>
        <w:t>書</w:t>
      </w:r>
    </w:p>
    <w:p w14:paraId="3541F851" w14:textId="4525486F" w:rsidR="00137E67" w:rsidRDefault="00207AFB" w:rsidP="00453C64">
      <w:pPr>
        <w:spacing w:after="300" w:line="312" w:lineRule="auto"/>
        <w:ind w:leftChars="100" w:left="210"/>
        <w:rPr>
          <w:lang w:eastAsia="ja-JP"/>
        </w:rPr>
      </w:pPr>
      <w:r>
        <w:rPr>
          <w:lang w:eastAsia="ja-JP"/>
        </w:rPr>
        <w:t>波佐見町町制</w:t>
      </w:r>
      <w:r>
        <w:rPr>
          <w:lang w:eastAsia="ja-JP"/>
        </w:rPr>
        <w:t>70</w:t>
      </w:r>
      <w:r>
        <w:rPr>
          <w:lang w:eastAsia="ja-JP"/>
        </w:rPr>
        <w:t>周年記念</w:t>
      </w:r>
      <w:r w:rsidR="00453C64">
        <w:rPr>
          <w:rFonts w:hint="eastAsia"/>
          <w:lang w:eastAsia="ja-JP"/>
        </w:rPr>
        <w:t>公演</w:t>
      </w:r>
      <w:r>
        <w:rPr>
          <w:lang w:eastAsia="ja-JP"/>
        </w:rPr>
        <w:t>における特設エリアへの出店について、下記のとおり申請いたします。なお、出店にあたっては関係法令およびイベント遵守事項を厳守することを誓約いたします。</w:t>
      </w:r>
    </w:p>
    <w:tbl>
      <w:tblPr>
        <w:tblW w:w="9904" w:type="dxa"/>
        <w:jc w:val="center"/>
        <w:tblBorders>
          <w:top w:val="single" w:sz="4" w:space="0" w:color="444444"/>
          <w:left w:val="single" w:sz="4" w:space="0" w:color="444444"/>
          <w:bottom w:val="single" w:sz="4" w:space="0" w:color="444444"/>
          <w:right w:val="single" w:sz="4" w:space="0" w:color="444444"/>
          <w:insideH w:val="single" w:sz="4" w:space="0" w:color="CCCCCC"/>
          <w:insideV w:val="single" w:sz="4" w:space="0" w:color="CCCCCC"/>
        </w:tblBorders>
        <w:tblLayout w:type="fixed"/>
        <w:tblLook w:val="04A0" w:firstRow="1" w:lastRow="0" w:firstColumn="1" w:lastColumn="0" w:noHBand="0" w:noVBand="1"/>
      </w:tblPr>
      <w:tblGrid>
        <w:gridCol w:w="3301"/>
        <w:gridCol w:w="3301"/>
        <w:gridCol w:w="3302"/>
      </w:tblGrid>
      <w:tr w:rsidR="001D1A33" w14:paraId="21EE9501" w14:textId="77777777" w:rsidTr="001B5495">
        <w:trPr>
          <w:trHeight w:val="706"/>
          <w:jc w:val="center"/>
        </w:trPr>
        <w:tc>
          <w:tcPr>
            <w:tcW w:w="3301" w:type="dxa"/>
            <w:vMerge w:val="restart"/>
            <w:shd w:val="clear" w:color="auto" w:fill="F2F4F7"/>
            <w:tcMar>
              <w:top w:w="120" w:type="dxa"/>
              <w:left w:w="150" w:type="dxa"/>
              <w:bottom w:w="120" w:type="dxa"/>
              <w:right w:w="150" w:type="dxa"/>
            </w:tcMar>
            <w:vAlign w:val="center"/>
          </w:tcPr>
          <w:p w14:paraId="3EE01830" w14:textId="2EC0C692" w:rsidR="001D1A33" w:rsidRDefault="001D1A33" w:rsidP="001B5495">
            <w:pPr>
              <w:jc w:val="center"/>
            </w:pPr>
            <w:proofErr w:type="spellStart"/>
            <w:r>
              <w:rPr>
                <w:rFonts w:ascii="游ゴシック" w:hAnsi="游ゴシック"/>
                <w:b/>
                <w:sz w:val="19"/>
              </w:rPr>
              <w:t>申請者情報</w:t>
            </w:r>
            <w:proofErr w:type="spellEnd"/>
          </w:p>
        </w:tc>
        <w:tc>
          <w:tcPr>
            <w:tcW w:w="6603" w:type="dxa"/>
            <w:gridSpan w:val="2"/>
            <w:tcMar>
              <w:top w:w="120" w:type="dxa"/>
              <w:left w:w="150" w:type="dxa"/>
              <w:bottom w:w="120" w:type="dxa"/>
              <w:right w:w="150" w:type="dxa"/>
            </w:tcMar>
          </w:tcPr>
          <w:p w14:paraId="360CBE55" w14:textId="2F8DA309" w:rsidR="001D1A33" w:rsidRDefault="001D1A33">
            <w:pPr>
              <w:rPr>
                <w:lang w:eastAsia="ja-JP"/>
              </w:rPr>
            </w:pPr>
            <w:r>
              <w:rPr>
                <w:sz w:val="17"/>
                <w:lang w:eastAsia="ja-JP"/>
              </w:rPr>
              <w:t>店舗名・事業所名（団体名）</w:t>
            </w:r>
          </w:p>
        </w:tc>
      </w:tr>
      <w:tr w:rsidR="001D1A33" w14:paraId="6239C64F" w14:textId="77777777" w:rsidTr="00C54012">
        <w:trPr>
          <w:trHeight w:val="587"/>
          <w:jc w:val="center"/>
        </w:trPr>
        <w:tc>
          <w:tcPr>
            <w:tcW w:w="3301" w:type="dxa"/>
            <w:vMerge/>
            <w:vAlign w:val="center"/>
          </w:tcPr>
          <w:p w14:paraId="58D6FDD6" w14:textId="77777777" w:rsidR="001D1A33" w:rsidRDefault="001D1A33" w:rsidP="001B5495">
            <w:pPr>
              <w:jc w:val="center"/>
              <w:rPr>
                <w:lang w:eastAsia="ja-JP"/>
              </w:rPr>
            </w:pPr>
          </w:p>
        </w:tc>
        <w:tc>
          <w:tcPr>
            <w:tcW w:w="3301" w:type="dxa"/>
            <w:tcMar>
              <w:top w:w="120" w:type="dxa"/>
              <w:left w:w="150" w:type="dxa"/>
              <w:bottom w:w="120" w:type="dxa"/>
              <w:right w:w="150" w:type="dxa"/>
            </w:tcMar>
          </w:tcPr>
          <w:p w14:paraId="41E0BEFB" w14:textId="4A28225F" w:rsidR="001D1A33" w:rsidRDefault="001D1A33">
            <w:pPr>
              <w:rPr>
                <w:lang w:eastAsia="ja-JP"/>
              </w:rPr>
            </w:pPr>
            <w:proofErr w:type="spellStart"/>
            <w:r>
              <w:rPr>
                <w:sz w:val="17"/>
              </w:rPr>
              <w:t>代表者氏名</w:t>
            </w:r>
            <w:proofErr w:type="spellEnd"/>
          </w:p>
        </w:tc>
        <w:tc>
          <w:tcPr>
            <w:tcW w:w="3302" w:type="dxa"/>
          </w:tcPr>
          <w:p w14:paraId="4AD4D69B" w14:textId="030D81D0" w:rsidR="001D1A33" w:rsidRPr="001D1A33" w:rsidRDefault="001D1A33">
            <w:pPr>
              <w:rPr>
                <w:sz w:val="17"/>
                <w:szCs w:val="17"/>
                <w:lang w:eastAsia="ja-JP"/>
              </w:rPr>
            </w:pPr>
            <w:r w:rsidRPr="001D1A33">
              <w:rPr>
                <w:sz w:val="17"/>
                <w:szCs w:val="17"/>
                <w:lang w:eastAsia="ja-JP"/>
              </w:rPr>
              <w:t>電話番号（日中連絡先）</w:t>
            </w:r>
          </w:p>
        </w:tc>
      </w:tr>
      <w:tr w:rsidR="001D1A33" w14:paraId="65913D6B" w14:textId="77777777" w:rsidTr="001B5495">
        <w:trPr>
          <w:trHeight w:val="514"/>
          <w:jc w:val="center"/>
        </w:trPr>
        <w:tc>
          <w:tcPr>
            <w:tcW w:w="3301" w:type="dxa"/>
            <w:vMerge/>
            <w:vAlign w:val="center"/>
          </w:tcPr>
          <w:p w14:paraId="5D79A1E9" w14:textId="77777777" w:rsidR="001D1A33" w:rsidRDefault="001D1A33" w:rsidP="001B5495">
            <w:pPr>
              <w:jc w:val="center"/>
              <w:rPr>
                <w:lang w:eastAsia="ja-JP"/>
              </w:rPr>
            </w:pPr>
          </w:p>
        </w:tc>
        <w:tc>
          <w:tcPr>
            <w:tcW w:w="6603" w:type="dxa"/>
            <w:gridSpan w:val="2"/>
            <w:tcMar>
              <w:top w:w="120" w:type="dxa"/>
              <w:left w:w="150" w:type="dxa"/>
              <w:bottom w:w="120" w:type="dxa"/>
              <w:right w:w="150" w:type="dxa"/>
            </w:tcMar>
          </w:tcPr>
          <w:p w14:paraId="61B4864E" w14:textId="00BB712E" w:rsidR="001D1A33" w:rsidRDefault="001D1A33">
            <w:r>
              <w:rPr>
                <w:rFonts w:hint="eastAsia"/>
                <w:sz w:val="17"/>
                <w:lang w:eastAsia="ja-JP"/>
              </w:rPr>
              <w:t>所在地</w:t>
            </w:r>
          </w:p>
        </w:tc>
      </w:tr>
      <w:tr w:rsidR="001D1A33" w14:paraId="15DB6AAD" w14:textId="77777777" w:rsidTr="001B5495">
        <w:trPr>
          <w:trHeight w:val="452"/>
          <w:jc w:val="center"/>
        </w:trPr>
        <w:tc>
          <w:tcPr>
            <w:tcW w:w="3301" w:type="dxa"/>
            <w:shd w:val="clear" w:color="auto" w:fill="F2F4F7"/>
            <w:tcMar>
              <w:top w:w="120" w:type="dxa"/>
              <w:left w:w="150" w:type="dxa"/>
              <w:bottom w:w="120" w:type="dxa"/>
              <w:right w:w="150" w:type="dxa"/>
            </w:tcMar>
            <w:vAlign w:val="center"/>
          </w:tcPr>
          <w:p w14:paraId="0FEE1EF8" w14:textId="1D63F162" w:rsidR="001D1A33" w:rsidRDefault="001D1A33" w:rsidP="001B5495">
            <w:pPr>
              <w:spacing w:after="0"/>
              <w:jc w:val="center"/>
            </w:pPr>
            <w:proofErr w:type="spellStart"/>
            <w:r>
              <w:rPr>
                <w:rFonts w:ascii="游ゴシック" w:hAnsi="游ゴシック"/>
                <w:b/>
                <w:sz w:val="19"/>
              </w:rPr>
              <w:t>メールアドレス</w:t>
            </w:r>
            <w:proofErr w:type="spellEnd"/>
          </w:p>
        </w:tc>
        <w:tc>
          <w:tcPr>
            <w:tcW w:w="6603" w:type="dxa"/>
            <w:gridSpan w:val="2"/>
            <w:tcMar>
              <w:top w:w="120" w:type="dxa"/>
              <w:left w:w="150" w:type="dxa"/>
              <w:bottom w:w="120" w:type="dxa"/>
              <w:right w:w="150" w:type="dxa"/>
            </w:tcMar>
          </w:tcPr>
          <w:p w14:paraId="3D26D58E" w14:textId="6165AEC8" w:rsidR="001D1A33" w:rsidRDefault="001D1A33" w:rsidP="001B5495">
            <w:pPr>
              <w:spacing w:after="0"/>
              <w:rPr>
                <w:lang w:eastAsia="ja-JP"/>
              </w:rPr>
            </w:pPr>
          </w:p>
        </w:tc>
      </w:tr>
      <w:tr w:rsidR="001D1A33" w14:paraId="47B39F74" w14:textId="77777777" w:rsidTr="001B5495">
        <w:trPr>
          <w:trHeight w:val="727"/>
          <w:jc w:val="center"/>
        </w:trPr>
        <w:tc>
          <w:tcPr>
            <w:tcW w:w="3301" w:type="dxa"/>
            <w:shd w:val="clear" w:color="auto" w:fill="F2F4F7"/>
            <w:tcMar>
              <w:top w:w="120" w:type="dxa"/>
              <w:left w:w="150" w:type="dxa"/>
              <w:bottom w:w="120" w:type="dxa"/>
              <w:right w:w="150" w:type="dxa"/>
            </w:tcMar>
            <w:vAlign w:val="center"/>
          </w:tcPr>
          <w:p w14:paraId="1D982A45" w14:textId="62FE0E67" w:rsidR="001D1A33" w:rsidRDefault="001D1A33" w:rsidP="001B5495">
            <w:pPr>
              <w:jc w:val="center"/>
            </w:pPr>
            <w:proofErr w:type="spellStart"/>
            <w:r>
              <w:rPr>
                <w:rFonts w:ascii="游ゴシック" w:hAnsi="游ゴシック"/>
                <w:b/>
                <w:sz w:val="19"/>
              </w:rPr>
              <w:t>出店品目・取扱商品</w:t>
            </w:r>
            <w:proofErr w:type="spellEnd"/>
          </w:p>
        </w:tc>
        <w:tc>
          <w:tcPr>
            <w:tcW w:w="6603" w:type="dxa"/>
            <w:gridSpan w:val="2"/>
            <w:tcMar>
              <w:top w:w="120" w:type="dxa"/>
              <w:left w:w="150" w:type="dxa"/>
              <w:bottom w:w="120" w:type="dxa"/>
              <w:right w:w="150" w:type="dxa"/>
            </w:tcMar>
          </w:tcPr>
          <w:p w14:paraId="5E370A13" w14:textId="77777777" w:rsidR="001D1A33" w:rsidRDefault="001D1A33">
            <w:pPr>
              <w:rPr>
                <w:sz w:val="17"/>
                <w:lang w:eastAsia="ja-JP"/>
              </w:rPr>
            </w:pPr>
            <w:r>
              <w:rPr>
                <w:sz w:val="17"/>
                <w:lang w:eastAsia="ja-JP"/>
              </w:rPr>
              <w:t>※</w:t>
            </w:r>
            <w:r>
              <w:rPr>
                <w:sz w:val="17"/>
                <w:lang w:eastAsia="ja-JP"/>
              </w:rPr>
              <w:t>具体的にご記入ください（例：</w:t>
            </w:r>
            <w:r>
              <w:rPr>
                <w:rFonts w:hint="eastAsia"/>
                <w:sz w:val="17"/>
                <w:lang w:eastAsia="ja-JP"/>
              </w:rPr>
              <w:t>アイス</w:t>
            </w:r>
            <w:r>
              <w:rPr>
                <w:sz w:val="17"/>
                <w:lang w:eastAsia="ja-JP"/>
              </w:rPr>
              <w:t>、コーヒー</w:t>
            </w:r>
            <w:r>
              <w:rPr>
                <w:rFonts w:hint="eastAsia"/>
                <w:sz w:val="17"/>
                <w:lang w:eastAsia="ja-JP"/>
              </w:rPr>
              <w:t>、カレー</w:t>
            </w:r>
            <w:r>
              <w:rPr>
                <w:sz w:val="17"/>
                <w:lang w:eastAsia="ja-JP"/>
              </w:rPr>
              <w:t>、波佐見焼など）</w:t>
            </w:r>
          </w:p>
          <w:p w14:paraId="719A4E1D" w14:textId="6F3D5725" w:rsidR="0038785D" w:rsidRPr="001D1A33" w:rsidRDefault="0038785D">
            <w:pPr>
              <w:rPr>
                <w:sz w:val="17"/>
                <w:lang w:eastAsia="ja-JP"/>
              </w:rPr>
            </w:pPr>
          </w:p>
        </w:tc>
      </w:tr>
    </w:tbl>
    <w:p w14:paraId="3F67068E" w14:textId="77777777" w:rsidR="00C54012" w:rsidRPr="0070320C" w:rsidRDefault="00C54012" w:rsidP="00C54012">
      <w:pPr>
        <w:pStyle w:val="a0"/>
        <w:numPr>
          <w:ilvl w:val="0"/>
          <w:numId w:val="0"/>
        </w:numPr>
        <w:spacing w:after="40"/>
        <w:ind w:left="360" w:hanging="360"/>
        <w:jc w:val="right"/>
        <w:rPr>
          <w:b/>
          <w:bCs/>
          <w:szCs w:val="28"/>
          <w:lang w:eastAsia="ja-JP"/>
        </w:rPr>
      </w:pPr>
    </w:p>
    <w:p w14:paraId="1A4E6F8E" w14:textId="1FB85F53" w:rsidR="00207AFB" w:rsidRPr="00C54012" w:rsidRDefault="00207AFB" w:rsidP="00C54012">
      <w:pPr>
        <w:pStyle w:val="a0"/>
        <w:numPr>
          <w:ilvl w:val="0"/>
          <w:numId w:val="0"/>
        </w:numPr>
        <w:spacing w:after="40"/>
        <w:ind w:left="360" w:hanging="360"/>
        <w:jc w:val="right"/>
        <w:rPr>
          <w:b/>
          <w:bCs/>
          <w:sz w:val="24"/>
          <w:szCs w:val="28"/>
          <w:lang w:eastAsia="ja-JP"/>
        </w:rPr>
      </w:pPr>
      <w:r w:rsidRPr="00C54012">
        <w:rPr>
          <w:b/>
          <w:bCs/>
          <w:szCs w:val="28"/>
          <w:lang w:eastAsia="ja-JP"/>
        </w:rPr>
        <w:t>提出期限：令和</w:t>
      </w:r>
      <w:r w:rsidRPr="00C54012">
        <w:rPr>
          <w:b/>
          <w:bCs/>
          <w:szCs w:val="28"/>
          <w:lang w:eastAsia="ja-JP"/>
        </w:rPr>
        <w:t>8</w:t>
      </w:r>
      <w:r w:rsidRPr="00C54012">
        <w:rPr>
          <w:b/>
          <w:bCs/>
          <w:szCs w:val="28"/>
          <w:lang w:eastAsia="ja-JP"/>
        </w:rPr>
        <w:t>年</w:t>
      </w:r>
      <w:r w:rsidR="001B5495" w:rsidRPr="00C54012">
        <w:rPr>
          <w:rFonts w:hint="eastAsia"/>
          <w:b/>
          <w:bCs/>
          <w:szCs w:val="28"/>
          <w:lang w:eastAsia="ja-JP"/>
        </w:rPr>
        <w:t>9</w:t>
      </w:r>
      <w:r w:rsidRPr="00C54012">
        <w:rPr>
          <w:b/>
          <w:bCs/>
          <w:szCs w:val="28"/>
          <w:lang w:eastAsia="ja-JP"/>
        </w:rPr>
        <w:t>月</w:t>
      </w:r>
      <w:r w:rsidR="00A94710">
        <w:rPr>
          <w:rFonts w:hint="eastAsia"/>
          <w:b/>
          <w:bCs/>
          <w:szCs w:val="28"/>
          <w:lang w:eastAsia="ja-JP"/>
        </w:rPr>
        <w:t>30</w:t>
      </w:r>
      <w:r w:rsidRPr="00C54012">
        <w:rPr>
          <w:b/>
          <w:bCs/>
          <w:szCs w:val="28"/>
          <w:lang w:eastAsia="ja-JP"/>
        </w:rPr>
        <w:t>日（</w:t>
      </w:r>
      <w:r w:rsidR="00A94710">
        <w:rPr>
          <w:rFonts w:hint="eastAsia"/>
          <w:b/>
          <w:bCs/>
          <w:szCs w:val="28"/>
          <w:lang w:eastAsia="ja-JP"/>
        </w:rPr>
        <w:t>水</w:t>
      </w:r>
      <w:r w:rsidRPr="00C54012">
        <w:rPr>
          <w:b/>
          <w:bCs/>
          <w:szCs w:val="28"/>
          <w:lang w:eastAsia="ja-JP"/>
        </w:rPr>
        <w:t>）</w:t>
      </w:r>
    </w:p>
    <w:sectPr w:rsidR="00207AFB" w:rsidRPr="00C54012" w:rsidSect="001B5495">
      <w:pgSz w:w="12240" w:h="15840"/>
      <w:pgMar w:top="851" w:right="1151" w:bottom="851" w:left="11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4974" w14:textId="77777777" w:rsidR="00013BC8" w:rsidRDefault="00013BC8" w:rsidP="00C54012">
      <w:pPr>
        <w:spacing w:after="0" w:line="240" w:lineRule="auto"/>
      </w:pPr>
      <w:r>
        <w:separator/>
      </w:r>
    </w:p>
  </w:endnote>
  <w:endnote w:type="continuationSeparator" w:id="0">
    <w:p w14:paraId="287DE950" w14:textId="77777777" w:rsidR="00013BC8" w:rsidRDefault="00013BC8" w:rsidP="00C54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547A4" w14:textId="77777777" w:rsidR="00013BC8" w:rsidRDefault="00013BC8" w:rsidP="00C54012">
      <w:pPr>
        <w:spacing w:after="0" w:line="240" w:lineRule="auto"/>
      </w:pPr>
      <w:r>
        <w:separator/>
      </w:r>
    </w:p>
  </w:footnote>
  <w:footnote w:type="continuationSeparator" w:id="0">
    <w:p w14:paraId="622073C7" w14:textId="77777777" w:rsidR="00013BC8" w:rsidRDefault="00013BC8" w:rsidP="00C54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32278214">
    <w:abstractNumId w:val="8"/>
  </w:num>
  <w:num w:numId="2" w16cid:durableId="1641377681">
    <w:abstractNumId w:val="6"/>
  </w:num>
  <w:num w:numId="3" w16cid:durableId="1955088897">
    <w:abstractNumId w:val="5"/>
  </w:num>
  <w:num w:numId="4" w16cid:durableId="730231919">
    <w:abstractNumId w:val="4"/>
  </w:num>
  <w:num w:numId="5" w16cid:durableId="323363363">
    <w:abstractNumId w:val="7"/>
  </w:num>
  <w:num w:numId="6" w16cid:durableId="2034499666">
    <w:abstractNumId w:val="3"/>
  </w:num>
  <w:num w:numId="7" w16cid:durableId="2130128777">
    <w:abstractNumId w:val="2"/>
  </w:num>
  <w:num w:numId="8" w16cid:durableId="662271485">
    <w:abstractNumId w:val="1"/>
  </w:num>
  <w:num w:numId="9" w16cid:durableId="1930498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3BC8"/>
    <w:rsid w:val="00034616"/>
    <w:rsid w:val="0006063C"/>
    <w:rsid w:val="0010230B"/>
    <w:rsid w:val="00117C35"/>
    <w:rsid w:val="00137E67"/>
    <w:rsid w:val="0015074B"/>
    <w:rsid w:val="001914F4"/>
    <w:rsid w:val="001B5495"/>
    <w:rsid w:val="001D1A33"/>
    <w:rsid w:val="0020467C"/>
    <w:rsid w:val="00207AFB"/>
    <w:rsid w:val="00256D61"/>
    <w:rsid w:val="0029639D"/>
    <w:rsid w:val="00326F90"/>
    <w:rsid w:val="0038785D"/>
    <w:rsid w:val="003909F1"/>
    <w:rsid w:val="0039623B"/>
    <w:rsid w:val="00453C64"/>
    <w:rsid w:val="004E3CFF"/>
    <w:rsid w:val="004F0697"/>
    <w:rsid w:val="00590472"/>
    <w:rsid w:val="006B20CD"/>
    <w:rsid w:val="006E02B6"/>
    <w:rsid w:val="0070320C"/>
    <w:rsid w:val="00723D24"/>
    <w:rsid w:val="00745F0C"/>
    <w:rsid w:val="007B7C49"/>
    <w:rsid w:val="008E358B"/>
    <w:rsid w:val="00A53631"/>
    <w:rsid w:val="00A75BCE"/>
    <w:rsid w:val="00A94710"/>
    <w:rsid w:val="00AA1D8D"/>
    <w:rsid w:val="00AA4D0A"/>
    <w:rsid w:val="00B47730"/>
    <w:rsid w:val="00BE1D8D"/>
    <w:rsid w:val="00C11F2C"/>
    <w:rsid w:val="00C22B73"/>
    <w:rsid w:val="00C323E1"/>
    <w:rsid w:val="00C54012"/>
    <w:rsid w:val="00C558C2"/>
    <w:rsid w:val="00C70BAF"/>
    <w:rsid w:val="00C82CA3"/>
    <w:rsid w:val="00CB0664"/>
    <w:rsid w:val="00D43C6D"/>
    <w:rsid w:val="00E231D4"/>
    <w:rsid w:val="00E3254D"/>
    <w:rsid w:val="00FC693F"/>
    <w:rsid w:val="00FC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37836AB"/>
  <w14:defaultImageDpi w14:val="300"/>
  <w15:docId w15:val="{9E80F623-AAAA-460A-9F58-88734C89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游明朝" w:hAnsi="游明朝"/>
      <w:color w:val="000000"/>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広報担当</cp:lastModifiedBy>
  <cp:revision>2</cp:revision>
  <cp:lastPrinted>2026-09-10T07:39:00Z</cp:lastPrinted>
  <dcterms:created xsi:type="dcterms:W3CDTF">2026-09-14T01:27:00Z</dcterms:created>
  <dcterms:modified xsi:type="dcterms:W3CDTF">2026-09-14T01:27:00Z</dcterms:modified>
  <cp:category/>
</cp:coreProperties>
</file>